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P="6F293507" w14:paraId="6F397815" wp14:textId="77777777" wp14:noSpellErr="1">
      <w:pPr>
        <w:keepNext w:val="0"/>
        <w:keepLines w:val="0"/>
        <w:spacing w:line="240" w:lineRule="auto"/>
        <w:jc w:val="center"/>
        <w:rPr>
          <w:rFonts w:ascii="Calibri" w:hAnsi="Calibri"/>
          <w:sz w:val="28"/>
          <w:szCs w:val="28"/>
        </w:rPr>
      </w:pPr>
      <w:r w:rsidRPr="6F293507" w:rsidR="6F293507">
        <w:rPr>
          <w:rFonts w:ascii="Calibri" w:hAnsi="Calibri"/>
          <w:sz w:val="28"/>
          <w:szCs w:val="28"/>
        </w:rPr>
        <w:t>Carlette Coward</w:t>
      </w:r>
      <w:r>
        <w:br/>
      </w:r>
      <w:r w:rsidRPr="6F293507" w:rsidR="6F293507">
        <w:rPr>
          <w:rFonts w:ascii="Calibri" w:hAnsi="Calibri"/>
          <w:sz w:val="28"/>
          <w:szCs w:val="28"/>
        </w:rPr>
        <w:t>Euless, TX 76040</w:t>
      </w:r>
      <w:r>
        <w:br/>
      </w:r>
      <w:r w:rsidRPr="6F293507" w:rsidR="6F293507">
        <w:rPr>
          <w:rFonts w:ascii="Calibri" w:hAnsi="Calibri"/>
          <w:sz w:val="28"/>
          <w:szCs w:val="28"/>
        </w:rPr>
        <w:t>znaemakk@gmail.com | +1 702-406-8396</w:t>
      </w:r>
    </w:p>
    <w:p xmlns:wp14="http://schemas.microsoft.com/office/word/2010/wordml" w:rsidP="6F293507" w14:paraId="5B2CC67E" wp14:textId="77777777" wp14:noSpellErr="1">
      <w:pPr>
        <w:pStyle w:val="Heading2"/>
        <w:keepNext w:val="0"/>
        <w:keepLines w:val="0"/>
        <w:spacing w:line="240" w:lineRule="auto"/>
        <w:rPr>
          <w:sz w:val="28"/>
          <w:szCs w:val="28"/>
        </w:rPr>
      </w:pPr>
      <w:r w:rsidRPr="6F293507" w:rsidR="6F293507">
        <w:rPr>
          <w:sz w:val="28"/>
          <w:szCs w:val="28"/>
        </w:rPr>
        <w:t>Work Experience</w:t>
      </w:r>
    </w:p>
    <w:p xmlns:wp14="http://schemas.microsoft.com/office/word/2010/wordml" w:rsidP="6F293507" w14:paraId="405C7F97" wp14:textId="77777777" wp14:noSpellErr="1">
      <w:pPr>
        <w:pStyle w:val="Heading3"/>
        <w:keepNext w:val="0"/>
        <w:keepLines w:val="0"/>
        <w:spacing w:line="240" w:lineRule="auto"/>
      </w:pPr>
      <w:r w:rsidR="6F293507">
        <w:rPr/>
        <w:t>Handler / Forklift Operator</w:t>
      </w:r>
    </w:p>
    <w:p xmlns:wp14="http://schemas.microsoft.com/office/word/2010/wordml" w:rsidP="6F293507" w14:paraId="720FE1B3" wp14:textId="77777777" wp14:noSpellErr="1">
      <w:pPr>
        <w:keepNext w:val="0"/>
        <w:keepLines w:val="0"/>
        <w:spacing w:line="240" w:lineRule="auto"/>
        <w:rPr>
          <w:i w:val="1"/>
          <w:iCs w:val="1"/>
        </w:rPr>
      </w:pPr>
      <w:r w:rsidRPr="6F293507" w:rsidR="6F293507">
        <w:rPr>
          <w:i w:val="1"/>
          <w:iCs w:val="1"/>
        </w:rPr>
        <w:t>Frito-Lay – Dallas, TX | Present</w:t>
      </w:r>
    </w:p>
    <w:p xmlns:wp14="http://schemas.microsoft.com/office/word/2010/wordml" w:rsidP="6F293507" w14:paraId="0B4A3C78" wp14:textId="7D3997EC">
      <w:pPr>
        <w:keepNext w:val="0"/>
        <w:keepLines w:val="0"/>
        <w:spacing w:after="0" w:afterAutospacing="off" w:line="240" w:lineRule="auto"/>
      </w:pPr>
      <w:r w:rsidR="6F293507">
        <w:rPr/>
        <w:t xml:space="preserve">- </w:t>
      </w:r>
      <w:r w:rsidR="6F293507">
        <w:rPr/>
        <w:t>Operated</w:t>
      </w:r>
      <w:r w:rsidR="6F293507">
        <w:rPr/>
        <w:t xml:space="preserve"> forklift and handheld RF scanner to load and unload prepackaged merchandise.</w:t>
      </w:r>
    </w:p>
    <w:p xmlns:wp14="http://schemas.microsoft.com/office/word/2010/wordml" w:rsidP="6F293507" w14:paraId="5B4223EC" wp14:textId="6395A30F">
      <w:pPr>
        <w:keepNext w:val="0"/>
        <w:keepLines w:val="0"/>
        <w:spacing w:after="0" w:afterAutospacing="off" w:line="240" w:lineRule="auto"/>
      </w:pPr>
      <w:r w:rsidR="6F293507">
        <w:rPr/>
        <w:t xml:space="preserve">- Performed physical labor, lifting 50+ </w:t>
      </w:r>
      <w:r w:rsidR="6F293507">
        <w:rPr/>
        <w:t>lbs</w:t>
      </w:r>
      <w:r w:rsidR="6F293507">
        <w:rPr/>
        <w:t xml:space="preserve"> consistently in a fast-paced environment.</w:t>
      </w:r>
    </w:p>
    <w:p xmlns:wp14="http://schemas.microsoft.com/office/word/2010/wordml" w:rsidP="6F293507" w14:paraId="352E4C82" wp14:textId="44E3647B">
      <w:pPr>
        <w:keepNext w:val="0"/>
        <w:keepLines w:val="0"/>
        <w:spacing w:after="0" w:afterAutospacing="off" w:line="240" w:lineRule="auto"/>
      </w:pPr>
      <w:r w:rsidR="6F293507">
        <w:rPr/>
        <w:t xml:space="preserve">- Supported inventory tracking and warehouse efficiency through </w:t>
      </w:r>
      <w:r w:rsidR="6F293507">
        <w:rPr/>
        <w:t>accurate</w:t>
      </w:r>
      <w:r w:rsidR="6F293507">
        <w:rPr/>
        <w:t xml:space="preserve"> scanning and staging.</w:t>
      </w:r>
    </w:p>
    <w:p xmlns:wp14="http://schemas.microsoft.com/office/word/2010/wordml" w:rsidP="6F293507" w14:paraId="71D5FA35" wp14:textId="77777777" wp14:noSpellErr="1">
      <w:pPr>
        <w:pStyle w:val="Heading3"/>
        <w:keepNext w:val="0"/>
        <w:keepLines w:val="0"/>
        <w:spacing w:line="240" w:lineRule="auto"/>
      </w:pPr>
      <w:r w:rsidR="6F293507">
        <w:rPr/>
        <w:t>Pit Operator / Production Lead</w:t>
      </w:r>
    </w:p>
    <w:p xmlns:wp14="http://schemas.microsoft.com/office/word/2010/wordml" w:rsidP="6F293507" w14:paraId="1E5B7572" wp14:textId="77777777" wp14:noSpellErr="1">
      <w:pPr>
        <w:keepNext w:val="0"/>
        <w:keepLines w:val="0"/>
        <w:spacing w:line="240" w:lineRule="auto"/>
        <w:rPr>
          <w:i w:val="1"/>
          <w:iCs w:val="1"/>
        </w:rPr>
      </w:pPr>
      <w:r w:rsidRPr="6F293507" w:rsidR="6F293507">
        <w:rPr>
          <w:i w:val="1"/>
          <w:iCs w:val="1"/>
        </w:rPr>
        <w:t>HelloFresh – Irving, TX | Nov 2020 – Feb 2023</w:t>
      </w:r>
    </w:p>
    <w:p xmlns:wp14="http://schemas.microsoft.com/office/word/2010/wordml" w:rsidP="6F293507" w14:paraId="27B835F4" wp14:textId="6A88AFED">
      <w:pPr>
        <w:keepNext w:val="0"/>
        <w:keepLines w:val="0"/>
        <w:spacing w:after="0" w:afterAutospacing="off" w:line="240" w:lineRule="auto"/>
      </w:pPr>
      <w:r w:rsidR="6F293507">
        <w:rPr/>
        <w:t>- Led a team of 16+ associates on the assembly line to meet daily production targets.</w:t>
      </w:r>
    </w:p>
    <w:p xmlns:wp14="http://schemas.microsoft.com/office/word/2010/wordml" w:rsidP="6F293507" w14:paraId="6DB7DBD2" wp14:textId="77777777" wp14:noSpellErr="1">
      <w:pPr>
        <w:keepNext w:val="0"/>
        <w:keepLines w:val="0"/>
        <w:spacing w:after="0" w:afterAutospacing="off" w:line="240" w:lineRule="auto"/>
      </w:pPr>
      <w:r w:rsidR="6F293507">
        <w:rPr/>
        <w:t>- Operated reach truck, stand-up forklift, and EPJ for unloading, down-stacking, and labeling.</w:t>
      </w:r>
    </w:p>
    <w:p xmlns:wp14="http://schemas.microsoft.com/office/word/2010/wordml" w:rsidP="6F293507" w14:paraId="537487C1" wp14:textId="77777777" wp14:noSpellErr="1">
      <w:pPr>
        <w:keepNext w:val="0"/>
        <w:keepLines w:val="0"/>
        <w:spacing w:after="0" w:afterAutospacing="off" w:line="240" w:lineRule="auto"/>
      </w:pPr>
      <w:r w:rsidR="6F293507">
        <w:rPr/>
        <w:t xml:space="preserve">- Ensured safe, efficient movement of goods while lifting 60+ </w:t>
      </w:r>
      <w:r w:rsidR="6F293507">
        <w:rPr/>
        <w:t>lbs</w:t>
      </w:r>
      <w:r w:rsidR="6F293507">
        <w:rPr/>
        <w:t xml:space="preserve"> and </w:t>
      </w:r>
      <w:r w:rsidR="6F293507">
        <w:rPr/>
        <w:t>maintaining</w:t>
      </w:r>
      <w:r w:rsidR="6F293507">
        <w:rPr/>
        <w:t xml:space="preserve"> packaging standards.</w:t>
      </w:r>
    </w:p>
    <w:p xmlns:wp14="http://schemas.microsoft.com/office/word/2010/wordml" w:rsidP="6F293507" w14:paraId="5ECE575E" wp14:textId="77777777" wp14:noSpellErr="1">
      <w:pPr>
        <w:pStyle w:val="Heading3"/>
        <w:keepNext w:val="0"/>
        <w:keepLines w:val="0"/>
        <w:spacing w:line="240" w:lineRule="auto"/>
      </w:pPr>
      <w:r w:rsidR="6F293507">
        <w:rPr/>
        <w:t>Package Handler</w:t>
      </w:r>
    </w:p>
    <w:p xmlns:wp14="http://schemas.microsoft.com/office/word/2010/wordml" w:rsidP="6F293507" w14:paraId="2F5F7A16" wp14:textId="77777777" wp14:noSpellErr="1">
      <w:pPr>
        <w:keepNext w:val="0"/>
        <w:keepLines w:val="0"/>
        <w:spacing w:line="240" w:lineRule="auto"/>
        <w:rPr>
          <w:i w:val="1"/>
          <w:iCs w:val="1"/>
        </w:rPr>
      </w:pPr>
      <w:r w:rsidRPr="6F293507" w:rsidR="6F293507">
        <w:rPr>
          <w:i w:val="1"/>
          <w:iCs w:val="1"/>
        </w:rPr>
        <w:t>FedEx – Dallas, TX | May 2020 – Nov 2020</w:t>
      </w:r>
    </w:p>
    <w:p xmlns:wp14="http://schemas.microsoft.com/office/word/2010/wordml" w:rsidP="6F293507" w14:paraId="1F316253" wp14:textId="77777777" wp14:noSpellErr="1">
      <w:pPr>
        <w:keepNext w:val="0"/>
        <w:keepLines w:val="0"/>
        <w:spacing w:after="0" w:afterAutospacing="off" w:line="240" w:lineRule="auto"/>
      </w:pPr>
      <w:r w:rsidR="6F293507">
        <w:rPr/>
        <w:t xml:space="preserve">- Loaded and unloaded delivery trucks using proper lifting techniques for 60+ </w:t>
      </w:r>
      <w:r w:rsidR="6F293507">
        <w:rPr/>
        <w:t>lb</w:t>
      </w:r>
      <w:r w:rsidR="6F293507">
        <w:rPr/>
        <w:t xml:space="preserve"> packages.</w:t>
      </w:r>
    </w:p>
    <w:p xmlns:wp14="http://schemas.microsoft.com/office/word/2010/wordml" w:rsidP="6F293507" w14:paraId="0529C5C4" wp14:textId="77777777" wp14:noSpellErr="1">
      <w:pPr>
        <w:keepNext w:val="0"/>
        <w:keepLines w:val="0"/>
        <w:spacing w:after="0" w:afterAutospacing="off" w:line="240" w:lineRule="auto"/>
      </w:pPr>
      <w:r w:rsidR="6F293507">
        <w:rPr/>
        <w:t xml:space="preserve">- </w:t>
      </w:r>
      <w:r w:rsidR="6F293507">
        <w:rPr/>
        <w:t>Maintained</w:t>
      </w:r>
      <w:r w:rsidR="6F293507">
        <w:rPr/>
        <w:t xml:space="preserve"> speed and accuracy during high-volume shipping periods.</w:t>
      </w:r>
    </w:p>
    <w:p xmlns:wp14="http://schemas.microsoft.com/office/word/2010/wordml" w:rsidP="6F293507" w14:paraId="303C1041" wp14:textId="77777777" wp14:noSpellErr="1">
      <w:pPr>
        <w:keepNext w:val="0"/>
        <w:keepLines w:val="0"/>
        <w:spacing w:after="0" w:afterAutospacing="off" w:line="240" w:lineRule="auto"/>
      </w:pPr>
      <w:r w:rsidR="6F293507">
        <w:rPr/>
        <w:t xml:space="preserve">- Supported team operations and ensured </w:t>
      </w:r>
      <w:r w:rsidR="6F293507">
        <w:rPr/>
        <w:t>timely</w:t>
      </w:r>
      <w:r w:rsidR="6F293507">
        <w:rPr/>
        <w:t xml:space="preserve"> package dispatch.</w:t>
      </w:r>
    </w:p>
    <w:p xmlns:wp14="http://schemas.microsoft.com/office/word/2010/wordml" w:rsidP="6F293507" w14:paraId="69D0C959" wp14:textId="77777777" wp14:noSpellErr="1">
      <w:pPr>
        <w:pStyle w:val="Heading2"/>
        <w:keepNext w:val="0"/>
        <w:keepLines w:val="0"/>
        <w:spacing w:line="240" w:lineRule="auto"/>
      </w:pPr>
      <w:r w:rsidR="6F293507">
        <w:rPr/>
        <w:t>Education</w:t>
      </w:r>
    </w:p>
    <w:p xmlns:wp14="http://schemas.microsoft.com/office/word/2010/wordml" w:rsidP="6F293507" w14:paraId="00473925" wp14:textId="77777777" wp14:noSpellErr="1">
      <w:pPr>
        <w:pStyle w:val="Heading3"/>
        <w:keepNext w:val="0"/>
        <w:keepLines w:val="0"/>
        <w:spacing w:line="240" w:lineRule="auto"/>
      </w:pPr>
      <w:r w:rsidR="6F293507">
        <w:rPr/>
        <w:t>High School Diploma</w:t>
      </w:r>
    </w:p>
    <w:p xmlns:wp14="http://schemas.microsoft.com/office/word/2010/wordml" w:rsidP="6F293507" w14:paraId="2A582130" wp14:textId="77777777" wp14:noSpellErr="1">
      <w:pPr>
        <w:keepNext w:val="0"/>
        <w:keepLines w:val="0"/>
        <w:spacing w:line="240" w:lineRule="auto"/>
      </w:pPr>
      <w:r w:rsidR="6F293507">
        <w:rPr/>
        <w:t>Cimarron Memorial High School – Las Vegas, NV | Jan 2011 – Dec 2013</w:t>
      </w:r>
    </w:p>
    <w:p xmlns:wp14="http://schemas.microsoft.com/office/word/2010/wordml" w:rsidP="6F293507" w14:paraId="1B35B51A" wp14:textId="77777777" wp14:noSpellErr="1">
      <w:pPr>
        <w:pStyle w:val="Heading2"/>
        <w:keepNext w:val="0"/>
        <w:keepLines w:val="0"/>
        <w:spacing w:line="240" w:lineRule="auto"/>
      </w:pPr>
      <w:r w:rsidR="6F293507">
        <w:rPr/>
        <w:t>Skills</w:t>
      </w:r>
    </w:p>
    <w:p xmlns:wp14="http://schemas.microsoft.com/office/word/2010/wordml" w:rsidP="6F293507" w14:paraId="2DBEB412" wp14:textId="77777777" wp14:noSpellErr="1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18"/>
          <w:szCs w:val="18"/>
        </w:rPr>
        <w:t xml:space="preserve">- </w:t>
      </w:r>
      <w:r w:rsidRPr="6F293507" w:rsidR="6F293507">
        <w:rPr>
          <w:sz w:val="22"/>
          <w:szCs w:val="22"/>
        </w:rPr>
        <w:t>Forklift Operation (Stand-up, Reach, Clamp Truck, EPJ)</w:t>
      </w:r>
    </w:p>
    <w:p xmlns:wp14="http://schemas.microsoft.com/office/word/2010/wordml" w:rsidP="6F293507" w14:paraId="6FF9BFA7" wp14:textId="77777777" wp14:noSpellErr="1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>- Order Fulfillment &amp; Materials Handling</w:t>
      </w:r>
    </w:p>
    <w:p xmlns:wp14="http://schemas.microsoft.com/office/word/2010/wordml" w:rsidP="6F293507" w14:paraId="60642581" wp14:textId="6B640165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>- Shipping &amp; Receiving</w:t>
      </w:r>
    </w:p>
    <w:p xmlns:wp14="http://schemas.microsoft.com/office/word/2010/wordml" w:rsidP="6F293507" w14:paraId="52AE74EF" wp14:textId="59156058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5B2975F9">
        <w:rPr>
          <w:sz w:val="22"/>
          <w:szCs w:val="22"/>
        </w:rPr>
        <w:t>- Warehouse Management Systems</w:t>
      </w:r>
    </w:p>
    <w:p xmlns:wp14="http://schemas.microsoft.com/office/word/2010/wordml" w:rsidP="6F293507" w14:paraId="577FBBF9" wp14:textId="4DB32395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 xml:space="preserve">- Heavy Lifting (50+ </w:t>
      </w:r>
      <w:r w:rsidRPr="6F293507" w:rsidR="6F293507">
        <w:rPr>
          <w:sz w:val="22"/>
          <w:szCs w:val="22"/>
        </w:rPr>
        <w:t>lbs</w:t>
      </w:r>
      <w:r w:rsidRPr="6F293507" w:rsidR="6F293507">
        <w:rPr>
          <w:sz w:val="22"/>
          <w:szCs w:val="22"/>
        </w:rPr>
        <w:t xml:space="preserve">) </w:t>
      </w:r>
    </w:p>
    <w:p xmlns:wp14="http://schemas.microsoft.com/office/word/2010/wordml" w:rsidP="6F293507" w14:paraId="7E9F8F18" wp14:textId="4CE03074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4B27E14A">
        <w:rPr>
          <w:sz w:val="22"/>
          <w:szCs w:val="22"/>
        </w:rPr>
        <w:t xml:space="preserve">- </w:t>
      </w:r>
      <w:r w:rsidRPr="6F293507" w:rsidR="6F293507">
        <w:rPr>
          <w:sz w:val="22"/>
          <w:szCs w:val="22"/>
        </w:rPr>
        <w:t>Assembly Line Leadership</w:t>
      </w:r>
    </w:p>
    <w:p xmlns:wp14="http://schemas.microsoft.com/office/word/2010/wordml" w:rsidP="6F293507" w14:paraId="11333097" wp14:textId="77777777" wp14:noSpellErr="1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>- Microsoft Office: Excel, Word, PowerPoint, Outlook</w:t>
      </w:r>
    </w:p>
    <w:p xmlns:wp14="http://schemas.microsoft.com/office/word/2010/wordml" w:rsidP="6F293507" w14:paraId="7715B89F" wp14:textId="0BA6EDF3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>- RF Scanning and Data Entry</w:t>
      </w:r>
    </w:p>
    <w:p xmlns:wp14="http://schemas.microsoft.com/office/word/2010/wordml" w:rsidP="6F293507" w14:paraId="631F3F94" wp14:textId="1FF72106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 xml:space="preserve">- Team Building </w:t>
      </w:r>
    </w:p>
    <w:p xmlns:wp14="http://schemas.microsoft.com/office/word/2010/wordml" w:rsidP="6F293507" w14:paraId="52B3E420" wp14:textId="4BE493D1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589C8462">
        <w:rPr>
          <w:sz w:val="22"/>
          <w:szCs w:val="22"/>
        </w:rPr>
        <w:t xml:space="preserve">- </w:t>
      </w:r>
      <w:r w:rsidRPr="6F293507" w:rsidR="6F293507">
        <w:rPr>
          <w:sz w:val="22"/>
          <w:szCs w:val="22"/>
        </w:rPr>
        <w:t xml:space="preserve">Customer Service </w:t>
      </w:r>
    </w:p>
    <w:p xmlns:wp14="http://schemas.microsoft.com/office/word/2010/wordml" w:rsidP="6F293507" w14:paraId="164B4118" wp14:textId="77777777" wp14:noSpellErr="1">
      <w:pPr>
        <w:keepNext w:val="0"/>
        <w:keepLines w:val="0"/>
        <w:spacing w:after="0" w:afterAutospacing="off" w:line="240" w:lineRule="auto"/>
        <w:rPr>
          <w:sz w:val="22"/>
          <w:szCs w:val="22"/>
        </w:rPr>
      </w:pPr>
      <w:r w:rsidRPr="6F293507" w:rsidR="6F293507">
        <w:rPr>
          <w:sz w:val="22"/>
          <w:szCs w:val="22"/>
        </w:rPr>
        <w:t>- Certified Safety Professional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equalWidth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37AC4"/>
    <w:rsid w:val="00AA1D8D"/>
    <w:rsid w:val="00B47730"/>
    <w:rsid w:val="00CB0664"/>
    <w:rsid w:val="00FC693F"/>
    <w:rsid w:val="25296F67"/>
    <w:rsid w:val="25296F67"/>
    <w:rsid w:val="2AABB730"/>
    <w:rsid w:val="4B27E14A"/>
    <w:rsid w:val="569FE218"/>
    <w:rsid w:val="589C8462"/>
    <w:rsid w:val="5B2975F9"/>
    <w:rsid w:val="63A8FFD2"/>
    <w:rsid w:val="6CF5C991"/>
    <w:rsid w:val="6F293507"/>
    <w:rsid w:val="736E238E"/>
    <w:rsid w:val="736E238E"/>
    <w:rsid w:val="773C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067991A1-0FA5-48C6-B053-39697F1974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Prioleau, Jesse {PEP}</lastModifiedBy>
  <revision>2</revision>
  <dcterms:created xsi:type="dcterms:W3CDTF">2013-12-23T23:15:00.0000000Z</dcterms:created>
  <dcterms:modified xsi:type="dcterms:W3CDTF">2025-05-02T19:05:05.0263045Z</dcterms:modified>
  <category/>
</coreProperties>
</file>